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AA1AE" w14:textId="77777777" w:rsidR="0089036D" w:rsidRPr="0089036D" w:rsidRDefault="0089036D">
      <w:pPr>
        <w:rPr>
          <w:b/>
          <w:bCs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313222" w:rsidRPr="00040D84" w14:paraId="42F5D872" w14:textId="77777777">
        <w:trPr>
          <w:jc w:val="center"/>
        </w:trPr>
        <w:tc>
          <w:tcPr>
            <w:tcW w:w="4986" w:type="dxa"/>
          </w:tcPr>
          <w:p w14:paraId="01931ED7" w14:textId="68AB7A02" w:rsidR="00040D84" w:rsidRPr="00040D84" w:rsidRDefault="00000000" w:rsidP="00040D84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040D84">
              <w:rPr>
                <w:rFonts w:ascii="Arial" w:hAnsi="Arial" w:cs="Arial"/>
                <w:szCs w:val="24"/>
              </w:rPr>
              <w:t>............................................................</w:t>
            </w:r>
            <w:r w:rsidRPr="00040D84">
              <w:rPr>
                <w:rFonts w:ascii="Arial" w:hAnsi="Arial" w:cs="Arial"/>
                <w:szCs w:val="24"/>
              </w:rPr>
              <w:br/>
            </w:r>
            <w:r w:rsidRPr="00040D84">
              <w:rPr>
                <w:rFonts w:ascii="Arial" w:hAnsi="Arial" w:cs="Arial"/>
                <w:sz w:val="18"/>
                <w:szCs w:val="24"/>
              </w:rPr>
              <w:t>Imię i nazwisko osoby składającej wniosek</w:t>
            </w:r>
            <w:r w:rsidRPr="00040D84">
              <w:rPr>
                <w:rFonts w:ascii="Arial" w:hAnsi="Arial" w:cs="Arial"/>
                <w:szCs w:val="24"/>
              </w:rPr>
              <w:br/>
              <w:t>............................................................</w:t>
            </w:r>
            <w:r w:rsidRPr="00040D84">
              <w:rPr>
                <w:rFonts w:ascii="Arial" w:hAnsi="Arial" w:cs="Arial"/>
                <w:szCs w:val="24"/>
              </w:rPr>
              <w:br/>
            </w:r>
            <w:r w:rsidRPr="00040D84">
              <w:rPr>
                <w:rFonts w:ascii="Arial" w:hAnsi="Arial" w:cs="Arial"/>
                <w:sz w:val="18"/>
                <w:szCs w:val="24"/>
              </w:rPr>
              <w:t>Imię i nazwisko małżonka osoby składającej wniosek</w:t>
            </w:r>
            <w:r w:rsidRPr="00040D84">
              <w:rPr>
                <w:rFonts w:ascii="Arial" w:hAnsi="Arial" w:cs="Arial"/>
                <w:szCs w:val="24"/>
              </w:rPr>
              <w:br/>
              <w:t>......................................</w:t>
            </w:r>
            <w:r w:rsidR="00040D84">
              <w:rPr>
                <w:rFonts w:ascii="Arial" w:hAnsi="Arial" w:cs="Arial"/>
                <w:szCs w:val="24"/>
              </w:rPr>
              <w:t>...</w:t>
            </w:r>
            <w:r w:rsidRPr="00040D84">
              <w:rPr>
                <w:rFonts w:ascii="Arial" w:hAnsi="Arial" w:cs="Arial"/>
                <w:szCs w:val="24"/>
              </w:rPr>
              <w:t>......................</w:t>
            </w:r>
          </w:p>
          <w:p w14:paraId="6ED79F03" w14:textId="3324E31D" w:rsidR="00313222" w:rsidRPr="00040D84" w:rsidRDefault="00040D84" w:rsidP="00040D8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40D84">
              <w:rPr>
                <w:rFonts w:ascii="Arial" w:hAnsi="Arial" w:cs="Arial"/>
                <w:szCs w:val="24"/>
              </w:rPr>
              <w:t>……………………………………………..</w:t>
            </w:r>
            <w:r w:rsidRPr="00040D84">
              <w:rPr>
                <w:rFonts w:ascii="Arial" w:hAnsi="Arial" w:cs="Arial"/>
                <w:szCs w:val="24"/>
              </w:rPr>
              <w:br/>
            </w:r>
            <w:r w:rsidRPr="00040D84">
              <w:rPr>
                <w:rFonts w:ascii="Arial" w:hAnsi="Arial" w:cs="Arial"/>
                <w:sz w:val="18"/>
                <w:szCs w:val="24"/>
              </w:rPr>
              <w:t>Dokładny adres zamieszkania</w:t>
            </w:r>
            <w:r w:rsidRPr="00040D84">
              <w:rPr>
                <w:rFonts w:ascii="Arial" w:hAnsi="Arial" w:cs="Arial"/>
                <w:szCs w:val="24"/>
              </w:rPr>
              <w:br/>
              <w:t>..........................................................</w:t>
            </w:r>
            <w:r>
              <w:rPr>
                <w:rFonts w:ascii="Arial" w:hAnsi="Arial" w:cs="Arial"/>
                <w:szCs w:val="24"/>
              </w:rPr>
              <w:t>..</w:t>
            </w:r>
            <w:r w:rsidRPr="00040D84">
              <w:rPr>
                <w:rFonts w:ascii="Arial" w:hAnsi="Arial" w:cs="Arial"/>
                <w:szCs w:val="24"/>
              </w:rPr>
              <w:t>..</w:t>
            </w:r>
            <w:r w:rsidRPr="00040D84">
              <w:rPr>
                <w:rFonts w:ascii="Arial" w:hAnsi="Arial" w:cs="Arial"/>
                <w:szCs w:val="24"/>
              </w:rPr>
              <w:br/>
            </w:r>
            <w:r w:rsidRPr="00040D84">
              <w:rPr>
                <w:rFonts w:ascii="Arial" w:hAnsi="Arial" w:cs="Arial"/>
                <w:sz w:val="18"/>
                <w:szCs w:val="24"/>
              </w:rPr>
              <w:t>Telefon kontaktowy</w:t>
            </w:r>
          </w:p>
        </w:tc>
        <w:tc>
          <w:tcPr>
            <w:tcW w:w="4986" w:type="dxa"/>
          </w:tcPr>
          <w:p w14:paraId="60FC1D1D" w14:textId="7101B811" w:rsidR="00313222" w:rsidRPr="00040D84" w:rsidRDefault="00040D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                    </w:t>
            </w:r>
            <w:r w:rsidRPr="00040D84">
              <w:rPr>
                <w:rFonts w:ascii="Arial" w:hAnsi="Arial" w:cs="Arial"/>
                <w:szCs w:val="24"/>
              </w:rPr>
              <w:t>........................................</w:t>
            </w:r>
            <w:r w:rsidRPr="00040D84">
              <w:rPr>
                <w:rFonts w:ascii="Arial" w:hAnsi="Arial" w:cs="Arial"/>
                <w:szCs w:val="24"/>
              </w:rPr>
              <w:br/>
            </w:r>
            <w:r>
              <w:rPr>
                <w:rFonts w:ascii="Arial" w:hAnsi="Arial" w:cs="Arial"/>
                <w:sz w:val="18"/>
                <w:szCs w:val="24"/>
              </w:rPr>
              <w:t xml:space="preserve">                       </w:t>
            </w:r>
            <w:proofErr w:type="spellStart"/>
            <w:r w:rsidRPr="00040D84">
              <w:rPr>
                <w:rFonts w:ascii="Arial" w:hAnsi="Arial" w:cs="Arial"/>
                <w:sz w:val="18"/>
                <w:szCs w:val="24"/>
              </w:rPr>
              <w:t>Miejscowość</w:t>
            </w:r>
            <w:proofErr w:type="spellEnd"/>
            <w:r w:rsidRPr="00040D84">
              <w:rPr>
                <w:rFonts w:ascii="Arial" w:hAnsi="Arial" w:cs="Arial"/>
                <w:sz w:val="18"/>
                <w:szCs w:val="24"/>
              </w:rPr>
              <w:t xml:space="preserve"> i data</w:t>
            </w:r>
          </w:p>
        </w:tc>
      </w:tr>
    </w:tbl>
    <w:p w14:paraId="6C7D715E" w14:textId="77777777" w:rsidR="00313222" w:rsidRPr="00040D84" w:rsidRDefault="00313222">
      <w:pPr>
        <w:spacing w:line="240" w:lineRule="auto"/>
        <w:rPr>
          <w:rFonts w:ascii="Arial" w:hAnsi="Arial" w:cs="Arial"/>
          <w:sz w:val="24"/>
          <w:szCs w:val="24"/>
        </w:rPr>
      </w:pPr>
    </w:p>
    <w:p w14:paraId="237308D4" w14:textId="77777777" w:rsidR="00313222" w:rsidRPr="00040D84" w:rsidRDefault="00000000">
      <w:pPr>
        <w:spacing w:after="24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40D84">
        <w:rPr>
          <w:rFonts w:ascii="Arial" w:hAnsi="Arial" w:cs="Arial"/>
          <w:b/>
          <w:bCs/>
          <w:sz w:val="24"/>
          <w:szCs w:val="24"/>
        </w:rPr>
        <w:t>Powiatowe Centrum Pomocy Rodzinie</w:t>
      </w:r>
      <w:r w:rsidRPr="00040D84">
        <w:rPr>
          <w:rFonts w:ascii="Arial" w:hAnsi="Arial" w:cs="Arial"/>
          <w:b/>
          <w:bCs/>
          <w:sz w:val="24"/>
          <w:szCs w:val="24"/>
        </w:rPr>
        <w:br/>
        <w:t>w Busku-Zdroju</w:t>
      </w:r>
    </w:p>
    <w:p w14:paraId="0F26733A" w14:textId="77777777" w:rsidR="00313222" w:rsidRPr="00040D84" w:rsidRDefault="00000000">
      <w:pPr>
        <w:spacing w:after="40" w:line="240" w:lineRule="auto"/>
        <w:jc w:val="center"/>
        <w:rPr>
          <w:rFonts w:ascii="Arial" w:hAnsi="Arial" w:cs="Arial"/>
          <w:sz w:val="24"/>
          <w:szCs w:val="24"/>
        </w:rPr>
      </w:pPr>
      <w:r w:rsidRPr="00040D84">
        <w:rPr>
          <w:rFonts w:ascii="Arial" w:hAnsi="Arial" w:cs="Arial"/>
          <w:b/>
          <w:sz w:val="28"/>
          <w:szCs w:val="24"/>
        </w:rPr>
        <w:t>WNIOSEK</w:t>
      </w:r>
    </w:p>
    <w:p w14:paraId="511F331D" w14:textId="77777777" w:rsidR="00313222" w:rsidRPr="00040D84" w:rsidRDefault="00000000">
      <w:pPr>
        <w:spacing w:after="240" w:line="240" w:lineRule="auto"/>
        <w:jc w:val="center"/>
        <w:rPr>
          <w:rFonts w:ascii="Arial" w:hAnsi="Arial" w:cs="Arial"/>
          <w:sz w:val="24"/>
          <w:szCs w:val="24"/>
        </w:rPr>
      </w:pPr>
      <w:r w:rsidRPr="00040D84">
        <w:rPr>
          <w:rFonts w:ascii="Arial" w:hAnsi="Arial" w:cs="Arial"/>
          <w:b/>
          <w:sz w:val="24"/>
          <w:szCs w:val="24"/>
        </w:rPr>
        <w:t>KANDYDATA/ÓW DO PEŁNIENIA FUNKCJI RODZINY ZASTĘPCZEJ LUB</w:t>
      </w:r>
      <w:r w:rsidRPr="00040D84">
        <w:rPr>
          <w:rFonts w:ascii="Arial" w:hAnsi="Arial" w:cs="Arial"/>
          <w:b/>
          <w:sz w:val="24"/>
          <w:szCs w:val="24"/>
        </w:rPr>
        <w:br/>
        <w:t>PROWADZENIA RODZINNEGO DOMU DZIECKA</w:t>
      </w:r>
    </w:p>
    <w:p w14:paraId="34F8BE78" w14:textId="77777777" w:rsidR="00313222" w:rsidRPr="00040D84" w:rsidRDefault="00000000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040D84">
        <w:rPr>
          <w:rFonts w:ascii="Arial" w:hAnsi="Arial" w:cs="Arial"/>
          <w:szCs w:val="24"/>
        </w:rPr>
        <w:t>Proszę o wszczęcie wobec mnie/nas procedury kwalifikowania do pełnienia funkcji rodziny zastępczej/prowadzącego rodzinny dom dziecka zgodnie z zasadami wynikającymi z przepisów ustawy z dnia 09 czerwca 2011 roku o wspieraniu rodziny i systemie pieczy zastępczej.</w:t>
      </w:r>
    </w:p>
    <w:p w14:paraId="45AFE0C1" w14:textId="77777777" w:rsidR="00313222" w:rsidRPr="00040D84" w:rsidRDefault="00000000">
      <w:pPr>
        <w:spacing w:after="100" w:line="240" w:lineRule="auto"/>
        <w:jc w:val="center"/>
        <w:rPr>
          <w:rFonts w:ascii="Arial" w:hAnsi="Arial" w:cs="Arial"/>
          <w:sz w:val="24"/>
          <w:szCs w:val="24"/>
        </w:rPr>
      </w:pPr>
      <w:r w:rsidRPr="00040D84">
        <w:rPr>
          <w:rFonts w:ascii="Arial" w:hAnsi="Arial" w:cs="Arial"/>
          <w:sz w:val="24"/>
          <w:szCs w:val="24"/>
        </w:rPr>
        <w:t>Uzasadnienie wniosku:</w:t>
      </w:r>
    </w:p>
    <w:p w14:paraId="074E19D1" w14:textId="431944AD" w:rsidR="00313222" w:rsidRPr="00040D84" w:rsidRDefault="00000000" w:rsidP="00040D84">
      <w:pPr>
        <w:spacing w:after="20" w:line="480" w:lineRule="auto"/>
        <w:rPr>
          <w:rFonts w:ascii="Arial" w:hAnsi="Arial" w:cs="Arial"/>
          <w:sz w:val="24"/>
          <w:szCs w:val="24"/>
        </w:rPr>
      </w:pPr>
      <w:r w:rsidRPr="00040D84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</w:t>
      </w:r>
      <w:r w:rsidR="00040D84">
        <w:rPr>
          <w:rFonts w:ascii="Arial" w:hAnsi="Arial" w:cs="Arial"/>
          <w:szCs w:val="24"/>
        </w:rPr>
        <w:t>....................</w:t>
      </w:r>
    </w:p>
    <w:p w14:paraId="5A412843" w14:textId="2EB6A9E0" w:rsidR="00313222" w:rsidRPr="00040D84" w:rsidRDefault="00000000" w:rsidP="00040D84">
      <w:pPr>
        <w:spacing w:after="20" w:line="480" w:lineRule="auto"/>
        <w:rPr>
          <w:rFonts w:ascii="Arial" w:hAnsi="Arial" w:cs="Arial"/>
          <w:sz w:val="24"/>
          <w:szCs w:val="24"/>
        </w:rPr>
      </w:pPr>
      <w:r w:rsidRPr="00040D84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</w:t>
      </w:r>
      <w:r w:rsidR="00040D84">
        <w:rPr>
          <w:rFonts w:ascii="Arial" w:hAnsi="Arial" w:cs="Arial"/>
          <w:szCs w:val="24"/>
        </w:rPr>
        <w:t>.....................</w:t>
      </w:r>
    </w:p>
    <w:p w14:paraId="10B27B2B" w14:textId="73A47153" w:rsidR="00313222" w:rsidRPr="00040D84" w:rsidRDefault="00000000" w:rsidP="00040D84">
      <w:pPr>
        <w:spacing w:after="20" w:line="480" w:lineRule="auto"/>
        <w:rPr>
          <w:rFonts w:ascii="Arial" w:hAnsi="Arial" w:cs="Arial"/>
          <w:sz w:val="24"/>
          <w:szCs w:val="24"/>
        </w:rPr>
      </w:pPr>
      <w:r w:rsidRPr="00040D84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..............................................................................................................................................</w:t>
      </w:r>
      <w:r w:rsidR="00040D84">
        <w:rPr>
          <w:rFonts w:ascii="Arial" w:hAnsi="Arial" w:cs="Arial"/>
          <w:szCs w:val="24"/>
        </w:rPr>
        <w:t>.....................</w:t>
      </w:r>
    </w:p>
    <w:p w14:paraId="2A2BD885" w14:textId="41BCA624" w:rsidR="00313222" w:rsidRPr="00040D84" w:rsidRDefault="00000000" w:rsidP="00040D84">
      <w:pPr>
        <w:spacing w:after="20" w:line="480" w:lineRule="auto"/>
        <w:rPr>
          <w:rFonts w:ascii="Arial" w:hAnsi="Arial" w:cs="Arial"/>
          <w:sz w:val="24"/>
          <w:szCs w:val="24"/>
        </w:rPr>
      </w:pPr>
      <w:r w:rsidRPr="00040D84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</w:t>
      </w:r>
      <w:r w:rsidR="00040D84">
        <w:rPr>
          <w:rFonts w:ascii="Arial" w:hAnsi="Arial" w:cs="Arial"/>
          <w:szCs w:val="24"/>
        </w:rPr>
        <w:t>.....................</w:t>
      </w:r>
      <w:r w:rsidRPr="00040D84">
        <w:rPr>
          <w:rFonts w:ascii="Arial" w:hAnsi="Arial" w:cs="Arial"/>
          <w:szCs w:val="24"/>
        </w:rPr>
        <w:t>.....</w:t>
      </w:r>
    </w:p>
    <w:p w14:paraId="6F1E2D1F" w14:textId="2A25F51E" w:rsidR="00313222" w:rsidRPr="00040D84" w:rsidRDefault="00000000" w:rsidP="00040D84">
      <w:pPr>
        <w:spacing w:after="20" w:line="480" w:lineRule="auto"/>
        <w:rPr>
          <w:rFonts w:ascii="Arial" w:hAnsi="Arial" w:cs="Arial"/>
          <w:sz w:val="24"/>
          <w:szCs w:val="24"/>
        </w:rPr>
      </w:pPr>
      <w:r w:rsidRPr="00040D84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</w:t>
      </w:r>
      <w:r w:rsidR="00040D84">
        <w:rPr>
          <w:rFonts w:ascii="Arial" w:hAnsi="Arial" w:cs="Arial"/>
          <w:szCs w:val="24"/>
        </w:rPr>
        <w:t>.....................</w:t>
      </w:r>
      <w:r w:rsidRPr="00040D84">
        <w:rPr>
          <w:rFonts w:ascii="Arial" w:hAnsi="Arial" w:cs="Arial"/>
          <w:szCs w:val="24"/>
        </w:rPr>
        <w:t>.....</w:t>
      </w:r>
    </w:p>
    <w:p w14:paraId="73B5F10D" w14:textId="0FB5064F" w:rsidR="00313222" w:rsidRPr="00040D84" w:rsidRDefault="00000000" w:rsidP="00040D84">
      <w:pPr>
        <w:spacing w:after="20" w:line="480" w:lineRule="auto"/>
        <w:rPr>
          <w:rFonts w:ascii="Arial" w:hAnsi="Arial" w:cs="Arial"/>
          <w:sz w:val="24"/>
          <w:szCs w:val="24"/>
        </w:rPr>
      </w:pPr>
      <w:r w:rsidRPr="00040D84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.........................................................................................................................................</w:t>
      </w:r>
      <w:r w:rsidR="00040D84">
        <w:rPr>
          <w:rFonts w:ascii="Arial" w:hAnsi="Arial" w:cs="Arial"/>
          <w:szCs w:val="24"/>
        </w:rPr>
        <w:t>.....................</w:t>
      </w:r>
      <w:r w:rsidRPr="00040D84">
        <w:rPr>
          <w:rFonts w:ascii="Arial" w:hAnsi="Arial" w:cs="Arial"/>
          <w:szCs w:val="24"/>
        </w:rPr>
        <w:t>.....</w:t>
      </w:r>
    </w:p>
    <w:p w14:paraId="25ED640E" w14:textId="4F23AF20" w:rsidR="00313222" w:rsidRPr="00040D84" w:rsidRDefault="00000000" w:rsidP="00040D84">
      <w:pPr>
        <w:spacing w:after="20" w:line="480" w:lineRule="auto"/>
        <w:rPr>
          <w:rFonts w:ascii="Arial" w:hAnsi="Arial" w:cs="Arial"/>
          <w:sz w:val="24"/>
          <w:szCs w:val="24"/>
        </w:rPr>
      </w:pPr>
      <w:r w:rsidRPr="00040D84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........................................................................................................................................</w:t>
      </w:r>
      <w:r w:rsidR="00040D84">
        <w:rPr>
          <w:rFonts w:ascii="Arial" w:hAnsi="Arial" w:cs="Arial"/>
          <w:szCs w:val="24"/>
        </w:rPr>
        <w:t>.....................</w:t>
      </w:r>
      <w:r w:rsidRPr="00040D84">
        <w:rPr>
          <w:rFonts w:ascii="Arial" w:hAnsi="Arial" w:cs="Arial"/>
          <w:szCs w:val="24"/>
        </w:rPr>
        <w:t>......</w:t>
      </w:r>
    </w:p>
    <w:p w14:paraId="1F2428F5" w14:textId="28E2F136" w:rsidR="00313222" w:rsidRPr="00040D84" w:rsidRDefault="00000000" w:rsidP="00040D84">
      <w:pPr>
        <w:spacing w:after="20" w:line="480" w:lineRule="auto"/>
        <w:rPr>
          <w:rFonts w:ascii="Arial" w:hAnsi="Arial" w:cs="Arial"/>
          <w:sz w:val="24"/>
          <w:szCs w:val="24"/>
        </w:rPr>
      </w:pPr>
      <w:r w:rsidRPr="00040D84">
        <w:rPr>
          <w:rFonts w:ascii="Arial" w:hAnsi="Arial" w:cs="Arial"/>
          <w:szCs w:val="24"/>
        </w:rPr>
        <w:t>......................................................................................................................................</w:t>
      </w:r>
      <w:r w:rsidR="00040D84">
        <w:rPr>
          <w:rFonts w:ascii="Arial" w:hAnsi="Arial" w:cs="Arial"/>
          <w:szCs w:val="24"/>
        </w:rPr>
        <w:t>.....................</w:t>
      </w:r>
      <w:r w:rsidRPr="00040D84">
        <w:rPr>
          <w:rFonts w:ascii="Arial" w:hAnsi="Arial" w:cs="Arial"/>
          <w:szCs w:val="24"/>
        </w:rPr>
        <w:t>........</w:t>
      </w:r>
    </w:p>
    <w:p w14:paraId="33657520" w14:textId="77777777" w:rsidR="00313222" w:rsidRPr="00040D84" w:rsidRDefault="00313222">
      <w:pPr>
        <w:spacing w:after="160" w:line="240" w:lineRule="auto"/>
        <w:rPr>
          <w:rFonts w:ascii="Arial" w:hAnsi="Arial" w:cs="Arial"/>
          <w:sz w:val="24"/>
          <w:szCs w:val="24"/>
        </w:rPr>
      </w:pPr>
    </w:p>
    <w:p w14:paraId="564B0D96" w14:textId="77777777" w:rsidR="00313222" w:rsidRPr="00040D84" w:rsidRDefault="00000000">
      <w:pPr>
        <w:spacing w:after="0"/>
        <w:ind w:left="5216"/>
        <w:rPr>
          <w:rFonts w:ascii="Arial" w:hAnsi="Arial" w:cs="Arial"/>
          <w:sz w:val="24"/>
          <w:szCs w:val="24"/>
        </w:rPr>
      </w:pPr>
      <w:r w:rsidRPr="00040D84">
        <w:rPr>
          <w:rFonts w:ascii="Arial" w:hAnsi="Arial" w:cs="Arial"/>
          <w:szCs w:val="24"/>
        </w:rPr>
        <w:t>........................................................</w:t>
      </w:r>
    </w:p>
    <w:p w14:paraId="18551FD7" w14:textId="77777777" w:rsidR="00313222" w:rsidRPr="00040D84" w:rsidRDefault="00000000">
      <w:pPr>
        <w:ind w:left="5443"/>
        <w:rPr>
          <w:rFonts w:ascii="Arial" w:hAnsi="Arial" w:cs="Arial"/>
          <w:sz w:val="24"/>
          <w:szCs w:val="24"/>
        </w:rPr>
      </w:pPr>
      <w:r w:rsidRPr="00040D84">
        <w:rPr>
          <w:rFonts w:ascii="Arial" w:hAnsi="Arial" w:cs="Arial"/>
          <w:sz w:val="18"/>
          <w:szCs w:val="24"/>
        </w:rPr>
        <w:t>Podpis osoby/osób składającej wniosek</w:t>
      </w:r>
    </w:p>
    <w:sectPr w:rsidR="00313222" w:rsidRPr="00040D84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2283368">
    <w:abstractNumId w:val="8"/>
  </w:num>
  <w:num w:numId="2" w16cid:durableId="1322197609">
    <w:abstractNumId w:val="6"/>
  </w:num>
  <w:num w:numId="3" w16cid:durableId="1256745742">
    <w:abstractNumId w:val="5"/>
  </w:num>
  <w:num w:numId="4" w16cid:durableId="699168114">
    <w:abstractNumId w:val="4"/>
  </w:num>
  <w:num w:numId="5" w16cid:durableId="312296697">
    <w:abstractNumId w:val="7"/>
  </w:num>
  <w:num w:numId="6" w16cid:durableId="886991957">
    <w:abstractNumId w:val="3"/>
  </w:num>
  <w:num w:numId="7" w16cid:durableId="144972495">
    <w:abstractNumId w:val="2"/>
  </w:num>
  <w:num w:numId="8" w16cid:durableId="65079526">
    <w:abstractNumId w:val="1"/>
  </w:num>
  <w:num w:numId="9" w16cid:durableId="130246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D84"/>
    <w:rsid w:val="0006063C"/>
    <w:rsid w:val="0015074B"/>
    <w:rsid w:val="001C0C3F"/>
    <w:rsid w:val="0029639D"/>
    <w:rsid w:val="00313222"/>
    <w:rsid w:val="00326F90"/>
    <w:rsid w:val="004154C7"/>
    <w:rsid w:val="004159E4"/>
    <w:rsid w:val="0089036D"/>
    <w:rsid w:val="00AA1D8D"/>
    <w:rsid w:val="00B47730"/>
    <w:rsid w:val="00CB0664"/>
    <w:rsid w:val="00EF2D6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71303B"/>
  <w14:defaultImageDpi w14:val="300"/>
  <w15:docId w15:val="{855D5418-15B7-4897-BEEC-B10834423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336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j.zieba</cp:lastModifiedBy>
  <cp:revision>3</cp:revision>
  <cp:lastPrinted>2026-10-16T07:25:00Z</cp:lastPrinted>
  <dcterms:created xsi:type="dcterms:W3CDTF">2026-10-16T12:20:00Z</dcterms:created>
  <dcterms:modified xsi:type="dcterms:W3CDTF">2026-10-16T12:25:00Z</dcterms:modified>
  <cp:category/>
</cp:coreProperties>
</file>